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B5D9B" w14:textId="45AA399D" w:rsidR="00FA5616" w:rsidRPr="0068466B" w:rsidRDefault="000E0A9E">
      <w:pPr>
        <w:spacing w:after="120"/>
        <w:jc w:val="center"/>
        <w:rPr>
          <w:color w:val="auto"/>
          <w:lang w:eastAsia="ja-JP"/>
        </w:rPr>
      </w:pPr>
      <w:r w:rsidRPr="0068466B">
        <w:rPr>
          <w:b/>
          <w:color w:val="auto"/>
          <w:sz w:val="24"/>
          <w:lang w:eastAsia="ja-JP"/>
        </w:rPr>
        <w:t>採用選考・説明会等における</w:t>
      </w:r>
      <w:r w:rsidRPr="0068466B">
        <w:rPr>
          <w:b/>
          <w:color w:val="auto"/>
          <w:sz w:val="24"/>
          <w:lang w:eastAsia="ja-JP"/>
        </w:rPr>
        <w:br/>
      </w:r>
      <w:r w:rsidRPr="0068466B">
        <w:rPr>
          <w:b/>
          <w:color w:val="auto"/>
          <w:sz w:val="36"/>
          <w:lang w:eastAsia="ja-JP"/>
        </w:rPr>
        <w:t>ハラスメント相談・申告シート</w:t>
      </w:r>
    </w:p>
    <w:p w14:paraId="1DE3011E" w14:textId="00624B06" w:rsidR="00FA5616" w:rsidRPr="0068466B" w:rsidRDefault="003368FE">
      <w:pPr>
        <w:spacing w:after="240"/>
        <w:jc w:val="right"/>
        <w:rPr>
          <w:color w:val="auto"/>
        </w:rPr>
      </w:pPr>
      <w:r>
        <w:rPr>
          <w:rFonts w:hint="eastAsia"/>
          <w:color w:val="auto"/>
          <w:sz w:val="19"/>
          <w:lang w:eastAsia="ja-JP"/>
        </w:rPr>
        <w:t>相談</w:t>
      </w:r>
      <w:proofErr w:type="spellStart"/>
      <w:r w:rsidRPr="0068466B">
        <w:rPr>
          <w:color w:val="auto"/>
          <w:sz w:val="19"/>
        </w:rPr>
        <w:t>年月日</w:t>
      </w:r>
      <w:proofErr w:type="spellEnd"/>
      <w:r w:rsidRPr="0068466B">
        <w:rPr>
          <w:color w:val="auto"/>
          <w:sz w:val="19"/>
        </w:rPr>
        <w:t>：</w:t>
      </w:r>
      <w:r w:rsidRPr="0068466B">
        <w:rPr>
          <w:color w:val="auto"/>
          <w:sz w:val="19"/>
        </w:rPr>
        <w:t xml:space="preserve"> </w:t>
      </w:r>
      <w:r w:rsidR="00D22267" w:rsidRPr="0068466B">
        <w:rPr>
          <w:rFonts w:hint="eastAsia"/>
          <w:color w:val="auto"/>
          <w:sz w:val="19"/>
          <w:lang w:eastAsia="ja-JP"/>
        </w:rPr>
        <w:t xml:space="preserve">　　</w:t>
      </w:r>
      <w:r w:rsidRPr="0068466B">
        <w:rPr>
          <w:color w:val="auto"/>
          <w:sz w:val="19"/>
        </w:rPr>
        <w:t xml:space="preserve">　年</w:t>
      </w:r>
      <w:r>
        <w:rPr>
          <w:rFonts w:hint="eastAsia"/>
          <w:color w:val="auto"/>
          <w:sz w:val="19"/>
          <w:lang w:eastAsia="ja-JP"/>
        </w:rPr>
        <w:t xml:space="preserve">　</w:t>
      </w:r>
      <w:r w:rsidRPr="0068466B">
        <w:rPr>
          <w:color w:val="auto"/>
          <w:sz w:val="19"/>
        </w:rPr>
        <w:t xml:space="preserve">　月</w:t>
      </w:r>
      <w:r>
        <w:rPr>
          <w:rFonts w:hint="eastAsia"/>
          <w:color w:val="auto"/>
          <w:sz w:val="19"/>
          <w:lang w:eastAsia="ja-JP"/>
        </w:rPr>
        <w:t xml:space="preserve">　</w:t>
      </w:r>
      <w:r w:rsidRPr="0068466B">
        <w:rPr>
          <w:color w:val="auto"/>
          <w:sz w:val="19"/>
        </w:rPr>
        <w:t xml:space="preserve">　日</w:t>
      </w:r>
    </w:p>
    <w:tbl>
      <w:tblPr>
        <w:tblW w:w="0" w:type="auto"/>
        <w:jc w:val="center"/>
        <w:tblLayout w:type="fixed"/>
        <w:tblLook w:val="04A0" w:firstRow="1" w:lastRow="0" w:firstColumn="1" w:lastColumn="0" w:noHBand="0" w:noVBand="1"/>
      </w:tblPr>
      <w:tblGrid>
        <w:gridCol w:w="9360"/>
      </w:tblGrid>
      <w:tr w:rsidR="00FA5616" w:rsidRPr="0068466B" w14:paraId="5410088F" w14:textId="77777777" w:rsidTr="003368FE">
        <w:trPr>
          <w:jc w:val="center"/>
        </w:trPr>
        <w:tc>
          <w:tcPr>
            <w:tcW w:w="9360" w:type="dxa"/>
            <w:shd w:val="clear" w:color="auto" w:fill="F2F4F8"/>
            <w:tcMar>
              <w:top w:w="140" w:type="dxa"/>
              <w:left w:w="180" w:type="dxa"/>
              <w:bottom w:w="140" w:type="dxa"/>
              <w:right w:w="180" w:type="dxa"/>
            </w:tcMar>
          </w:tcPr>
          <w:p w14:paraId="28AE8E7A" w14:textId="77777777" w:rsidR="00FA5616" w:rsidRPr="0068466B" w:rsidRDefault="000E0A9E">
            <w:pPr>
              <w:spacing w:after="80"/>
              <w:rPr>
                <w:color w:val="auto"/>
                <w:lang w:eastAsia="ja-JP"/>
              </w:rPr>
            </w:pPr>
            <w:r w:rsidRPr="0068466B">
              <w:rPr>
                <w:b/>
                <w:color w:val="auto"/>
                <w:sz w:val="20"/>
                <w:lang w:eastAsia="ja-JP"/>
              </w:rPr>
              <w:t>【相談者様・ご申告者様への安心のお約束（プライバシー保護と不利益取扱いの禁止）】</w:t>
            </w:r>
          </w:p>
          <w:p w14:paraId="4B9CA919" w14:textId="77777777" w:rsidR="00FA5616" w:rsidRPr="0068466B" w:rsidRDefault="000E0A9E">
            <w:pPr>
              <w:spacing w:after="0"/>
              <w:rPr>
                <w:color w:val="auto"/>
                <w:lang w:eastAsia="ja-JP"/>
              </w:rPr>
            </w:pPr>
            <w:r w:rsidRPr="0068466B">
              <w:rPr>
                <w:color w:val="auto"/>
                <w:sz w:val="18"/>
                <w:lang w:eastAsia="ja-JP"/>
              </w:rPr>
              <w:t>採用選考、インターンシップ、説明会等に参加された皆様が安心してご相談・ご連絡いただけるよう、以下の対応を徹底しております。</w:t>
            </w:r>
            <w:r w:rsidRPr="0068466B">
              <w:rPr>
                <w:color w:val="auto"/>
                <w:sz w:val="18"/>
                <w:lang w:eastAsia="ja-JP"/>
              </w:rPr>
              <w:br/>
              <w:t xml:space="preserve">1. </w:t>
            </w:r>
            <w:r w:rsidRPr="0068466B">
              <w:rPr>
                <w:color w:val="auto"/>
                <w:sz w:val="18"/>
                <w:lang w:eastAsia="ja-JP"/>
              </w:rPr>
              <w:t>プライバシーの厳重な保護</w:t>
            </w:r>
            <w:r w:rsidRPr="0068466B">
              <w:rPr>
                <w:color w:val="auto"/>
                <w:sz w:val="18"/>
                <w:lang w:eastAsia="ja-JP"/>
              </w:rPr>
              <w:t xml:space="preserve">: </w:t>
            </w:r>
            <w:r w:rsidRPr="0068466B">
              <w:rPr>
                <w:color w:val="auto"/>
                <w:sz w:val="18"/>
                <w:lang w:eastAsia="ja-JP"/>
              </w:rPr>
              <w:t>ご相談内容および個人情報は、対応窓口関係者のみで極秘に管理し、調査等に必要な範囲を超えて第三者に開示することはありません。</w:t>
            </w:r>
            <w:r w:rsidRPr="0068466B">
              <w:rPr>
                <w:color w:val="auto"/>
                <w:sz w:val="18"/>
                <w:lang w:eastAsia="ja-JP"/>
              </w:rPr>
              <w:br/>
              <w:t xml:space="preserve">2. </w:t>
            </w:r>
            <w:r w:rsidRPr="0068466B">
              <w:rPr>
                <w:color w:val="auto"/>
                <w:sz w:val="18"/>
                <w:lang w:eastAsia="ja-JP"/>
              </w:rPr>
              <w:t>選考等における不利益取扱いの禁止</w:t>
            </w:r>
            <w:r w:rsidRPr="0068466B">
              <w:rPr>
                <w:color w:val="auto"/>
                <w:sz w:val="18"/>
                <w:lang w:eastAsia="ja-JP"/>
              </w:rPr>
              <w:t xml:space="preserve">: </w:t>
            </w:r>
            <w:r w:rsidRPr="0068466B">
              <w:rPr>
                <w:color w:val="auto"/>
                <w:sz w:val="18"/>
                <w:lang w:eastAsia="ja-JP"/>
              </w:rPr>
              <w:t>本シートによるご相談・申告を行ったことを理由として、採否の決定や今後の選考において不利益な取扱いを受けることは一切ございません。</w:t>
            </w:r>
          </w:p>
        </w:tc>
      </w:tr>
    </w:tbl>
    <w:p w14:paraId="0625460C" w14:textId="77777777" w:rsidR="00FA5616" w:rsidRPr="0068466B" w:rsidRDefault="00FA5616">
      <w:pPr>
        <w:spacing w:after="120"/>
        <w:rPr>
          <w:color w:val="auto"/>
          <w:lang w:eastAsia="ja-JP"/>
        </w:rPr>
      </w:pPr>
    </w:p>
    <w:p w14:paraId="5EFCE3A5" w14:textId="1F1375EC" w:rsidR="00FA5616" w:rsidRPr="0068466B" w:rsidRDefault="000E0A9E">
      <w:pPr>
        <w:spacing w:before="240" w:after="120"/>
        <w:rPr>
          <w:color w:val="auto"/>
          <w:lang w:eastAsia="ja-JP"/>
        </w:rPr>
      </w:pPr>
      <w:r w:rsidRPr="0068466B">
        <w:rPr>
          <w:b/>
          <w:color w:val="auto"/>
          <w:sz w:val="26"/>
          <w:lang w:eastAsia="ja-JP"/>
        </w:rPr>
        <w:t>相談・申告内容</w:t>
      </w:r>
      <w:r w:rsidRPr="0068466B">
        <w:rPr>
          <w:b/>
          <w:color w:val="auto"/>
          <w:sz w:val="26"/>
          <w:lang w:eastAsia="ja-JP"/>
        </w:rPr>
        <w:t xml:space="preserve"> </w:t>
      </w:r>
      <w:r w:rsidRPr="0068466B">
        <w:rPr>
          <w:b/>
          <w:color w:val="auto"/>
          <w:sz w:val="26"/>
          <w:lang w:eastAsia="ja-JP"/>
        </w:rPr>
        <w:t>記入フォーム</w:t>
      </w:r>
    </w:p>
    <w:tbl>
      <w:tblPr>
        <w:tblStyle w:val="afe"/>
        <w:tblW w:w="0" w:type="auto"/>
        <w:jc w:val="center"/>
        <w:tblLayout w:type="fixed"/>
        <w:tblLook w:val="04A0" w:firstRow="1" w:lastRow="0" w:firstColumn="1" w:lastColumn="0" w:noHBand="0" w:noVBand="1"/>
      </w:tblPr>
      <w:tblGrid>
        <w:gridCol w:w="2160"/>
        <w:gridCol w:w="7200"/>
      </w:tblGrid>
      <w:tr w:rsidR="00FA5616" w:rsidRPr="0068466B" w14:paraId="19C47535" w14:textId="77777777">
        <w:trPr>
          <w:jc w:val="center"/>
        </w:trPr>
        <w:tc>
          <w:tcPr>
            <w:tcW w:w="2160" w:type="dxa"/>
            <w:shd w:val="clear" w:color="auto" w:fill="EBF1F5"/>
            <w:tcMar>
              <w:top w:w="100" w:type="dxa"/>
              <w:left w:w="120" w:type="dxa"/>
              <w:bottom w:w="100" w:type="dxa"/>
              <w:right w:w="120" w:type="dxa"/>
            </w:tcMar>
          </w:tcPr>
          <w:p w14:paraId="26B60E01" w14:textId="3D564E7E" w:rsidR="00FA5616" w:rsidRPr="0068466B" w:rsidRDefault="00B56609">
            <w:pPr>
              <w:jc w:val="center"/>
              <w:rPr>
                <w:color w:val="auto"/>
                <w:lang w:eastAsia="ja-JP"/>
              </w:rPr>
            </w:pPr>
            <w:r>
              <w:rPr>
                <w:rFonts w:hint="eastAsia"/>
                <w:b/>
                <w:color w:val="auto"/>
                <w:sz w:val="19"/>
                <w:lang w:eastAsia="ja-JP"/>
              </w:rPr>
              <w:t>当事者</w:t>
            </w:r>
            <w:r w:rsidRPr="0068466B">
              <w:rPr>
                <w:b/>
                <w:color w:val="auto"/>
                <w:sz w:val="19"/>
                <w:lang w:eastAsia="ja-JP"/>
              </w:rPr>
              <w:br/>
            </w:r>
            <w:r w:rsidRPr="0068466B">
              <w:rPr>
                <w:b/>
                <w:color w:val="auto"/>
                <w:sz w:val="19"/>
                <w:lang w:eastAsia="ja-JP"/>
              </w:rPr>
              <w:t>（誰が・誰に）</w:t>
            </w:r>
          </w:p>
        </w:tc>
        <w:tc>
          <w:tcPr>
            <w:tcW w:w="7200" w:type="dxa"/>
            <w:shd w:val="clear" w:color="auto" w:fill="FFFFFF"/>
            <w:tcMar>
              <w:top w:w="100" w:type="dxa"/>
              <w:left w:w="120" w:type="dxa"/>
              <w:bottom w:w="100" w:type="dxa"/>
              <w:right w:w="120" w:type="dxa"/>
            </w:tcMar>
          </w:tcPr>
          <w:p w14:paraId="70B26165" w14:textId="77777777" w:rsidR="0068466B" w:rsidRDefault="000E0A9E">
            <w:pPr>
              <w:spacing w:line="288" w:lineRule="auto"/>
              <w:rPr>
                <w:color w:val="auto"/>
                <w:sz w:val="19"/>
                <w:lang w:eastAsia="ja-JP"/>
              </w:rPr>
            </w:pPr>
            <w:r w:rsidRPr="0068466B">
              <w:rPr>
                <w:color w:val="auto"/>
                <w:sz w:val="19"/>
                <w:lang w:eastAsia="ja-JP"/>
              </w:rPr>
              <w:t>【ご相談者様（あなた）の情報】</w:t>
            </w:r>
            <w:r w:rsidRPr="0068466B">
              <w:rPr>
                <w:color w:val="auto"/>
                <w:sz w:val="19"/>
                <w:lang w:eastAsia="ja-JP"/>
              </w:rPr>
              <w:br/>
            </w:r>
            <w:r w:rsidRPr="0068466B">
              <w:rPr>
                <w:color w:val="auto"/>
                <w:sz w:val="19"/>
                <w:lang w:eastAsia="ja-JP"/>
              </w:rPr>
              <w:t>・お名前（ふりがな）：</w:t>
            </w:r>
            <w:r w:rsidRPr="0068466B">
              <w:rPr>
                <w:color w:val="auto"/>
                <w:sz w:val="19"/>
                <w:lang w:eastAsia="ja-JP"/>
              </w:rPr>
              <w:t xml:space="preserve"> </w:t>
            </w:r>
            <w:r w:rsidRPr="0068466B">
              <w:rPr>
                <w:color w:val="auto"/>
                <w:sz w:val="19"/>
                <w:lang w:eastAsia="ja-JP"/>
              </w:rPr>
              <w:br/>
            </w:r>
            <w:r w:rsidRPr="0068466B">
              <w:rPr>
                <w:color w:val="auto"/>
                <w:sz w:val="19"/>
                <w:lang w:eastAsia="ja-JP"/>
              </w:rPr>
              <w:t>・ご連絡先（電話番号）：</w:t>
            </w:r>
            <w:r w:rsidRPr="0068466B">
              <w:rPr>
                <w:color w:val="auto"/>
                <w:sz w:val="19"/>
                <w:lang w:eastAsia="ja-JP"/>
              </w:rPr>
              <w:t xml:space="preserve"> </w:t>
            </w:r>
            <w:r w:rsidRPr="0068466B">
              <w:rPr>
                <w:color w:val="auto"/>
                <w:sz w:val="19"/>
                <w:lang w:eastAsia="ja-JP"/>
              </w:rPr>
              <w:br/>
            </w:r>
            <w:r w:rsidRPr="0068466B">
              <w:rPr>
                <w:color w:val="auto"/>
                <w:sz w:val="19"/>
                <w:lang w:eastAsia="ja-JP"/>
              </w:rPr>
              <w:t>・ご連絡先（メール）：</w:t>
            </w:r>
            <w:r w:rsidRPr="0068466B">
              <w:rPr>
                <w:color w:val="auto"/>
                <w:sz w:val="19"/>
                <w:lang w:eastAsia="ja-JP"/>
              </w:rPr>
              <w:t xml:space="preserve"> </w:t>
            </w:r>
            <w:r w:rsidRPr="0068466B">
              <w:rPr>
                <w:color w:val="auto"/>
                <w:sz w:val="19"/>
                <w:lang w:eastAsia="ja-JP"/>
              </w:rPr>
              <w:br/>
            </w:r>
            <w:r w:rsidRPr="0068466B">
              <w:rPr>
                <w:color w:val="auto"/>
                <w:sz w:val="19"/>
                <w:lang w:eastAsia="ja-JP"/>
              </w:rPr>
              <w:t>・応募区分：</w:t>
            </w:r>
            <w:r w:rsidRPr="0068466B">
              <w:rPr>
                <w:color w:val="auto"/>
                <w:sz w:val="19"/>
                <w:lang w:eastAsia="ja-JP"/>
              </w:rPr>
              <w:t xml:space="preserve"> □ </w:t>
            </w:r>
            <w:r w:rsidRPr="0068466B">
              <w:rPr>
                <w:color w:val="auto"/>
                <w:sz w:val="19"/>
                <w:lang w:eastAsia="ja-JP"/>
              </w:rPr>
              <w:t xml:space="preserve">新卒採用　</w:t>
            </w:r>
            <w:r w:rsidRPr="0068466B">
              <w:rPr>
                <w:color w:val="auto"/>
                <w:sz w:val="19"/>
                <w:lang w:eastAsia="ja-JP"/>
              </w:rPr>
              <w:t xml:space="preserve">□ </w:t>
            </w:r>
            <w:r w:rsidRPr="0068466B">
              <w:rPr>
                <w:color w:val="auto"/>
                <w:sz w:val="19"/>
                <w:lang w:eastAsia="ja-JP"/>
              </w:rPr>
              <w:t xml:space="preserve">中途採用　</w:t>
            </w:r>
            <w:r w:rsidRPr="0068466B">
              <w:rPr>
                <w:color w:val="auto"/>
                <w:sz w:val="19"/>
                <w:lang w:eastAsia="ja-JP"/>
              </w:rPr>
              <w:t xml:space="preserve">□ </w:t>
            </w:r>
            <w:r w:rsidRPr="0068466B">
              <w:rPr>
                <w:color w:val="auto"/>
                <w:sz w:val="19"/>
                <w:lang w:eastAsia="ja-JP"/>
              </w:rPr>
              <w:t>インターン</w:t>
            </w:r>
          </w:p>
          <w:p w14:paraId="2E1D6341" w14:textId="4D54568B" w:rsidR="00FA5616" w:rsidRDefault="000E0A9E">
            <w:pPr>
              <w:spacing w:line="288" w:lineRule="auto"/>
              <w:rPr>
                <w:color w:val="auto"/>
                <w:sz w:val="19"/>
                <w:lang w:eastAsia="ja-JP"/>
              </w:rPr>
            </w:pPr>
            <w:r w:rsidRPr="0068466B">
              <w:rPr>
                <w:color w:val="auto"/>
                <w:sz w:val="19"/>
                <w:lang w:eastAsia="ja-JP"/>
              </w:rPr>
              <w:t xml:space="preserve">　</w:t>
            </w:r>
            <w:r w:rsidRPr="0068466B">
              <w:rPr>
                <w:color w:val="auto"/>
                <w:sz w:val="19"/>
                <w:lang w:eastAsia="ja-JP"/>
              </w:rPr>
              <w:t xml:space="preserve">□ </w:t>
            </w:r>
            <w:r w:rsidRPr="0068466B">
              <w:rPr>
                <w:color w:val="auto"/>
                <w:sz w:val="19"/>
                <w:lang w:eastAsia="ja-JP"/>
              </w:rPr>
              <w:t>その他（</w:t>
            </w:r>
            <w:r w:rsidR="0068466B">
              <w:rPr>
                <w:rFonts w:hint="eastAsia"/>
                <w:color w:val="auto"/>
                <w:sz w:val="19"/>
                <w:lang w:eastAsia="ja-JP"/>
              </w:rPr>
              <w:t xml:space="preserve">　　　　　　　　　　　　　　　　</w:t>
            </w:r>
            <w:r w:rsidRPr="0068466B">
              <w:rPr>
                <w:color w:val="auto"/>
                <w:sz w:val="19"/>
                <w:lang w:eastAsia="ja-JP"/>
              </w:rPr>
              <w:t xml:space="preserve">　　）</w:t>
            </w:r>
            <w:r w:rsidRPr="0068466B">
              <w:rPr>
                <w:color w:val="auto"/>
                <w:sz w:val="19"/>
                <w:lang w:eastAsia="ja-JP"/>
              </w:rPr>
              <w:br/>
            </w:r>
            <w:r w:rsidRPr="0068466B">
              <w:rPr>
                <w:color w:val="auto"/>
                <w:sz w:val="19"/>
                <w:lang w:eastAsia="ja-JP"/>
              </w:rPr>
              <w:t>・ご都合の良い連絡方法・時間帯：</w:t>
            </w:r>
            <w:r w:rsidRPr="0068466B">
              <w:rPr>
                <w:color w:val="auto"/>
                <w:sz w:val="19"/>
                <w:lang w:eastAsia="ja-JP"/>
              </w:rPr>
              <w:t xml:space="preserve"> </w:t>
            </w:r>
            <w:r w:rsidRPr="0068466B">
              <w:rPr>
                <w:color w:val="auto"/>
                <w:sz w:val="19"/>
                <w:lang w:eastAsia="ja-JP"/>
              </w:rPr>
              <w:br/>
            </w:r>
            <w:r w:rsidRPr="0068466B">
              <w:rPr>
                <w:color w:val="auto"/>
                <w:sz w:val="19"/>
                <w:lang w:eastAsia="ja-JP"/>
              </w:rPr>
              <w:br/>
            </w:r>
            <w:r w:rsidRPr="0068466B">
              <w:rPr>
                <w:color w:val="auto"/>
                <w:sz w:val="19"/>
                <w:lang w:eastAsia="ja-JP"/>
              </w:rPr>
              <w:t>【相手方（行為者）の情報】</w:t>
            </w:r>
            <w:r w:rsidRPr="0068466B">
              <w:rPr>
                <w:color w:val="auto"/>
                <w:sz w:val="19"/>
                <w:lang w:eastAsia="ja-JP"/>
              </w:rPr>
              <w:br/>
            </w:r>
            <w:r w:rsidRPr="0068466B">
              <w:rPr>
                <w:color w:val="auto"/>
                <w:sz w:val="19"/>
                <w:lang w:eastAsia="ja-JP"/>
              </w:rPr>
              <w:t>・名前（または担当部署・特徴等）：</w:t>
            </w:r>
            <w:r w:rsidRPr="0068466B">
              <w:rPr>
                <w:color w:val="auto"/>
                <w:sz w:val="19"/>
                <w:lang w:eastAsia="ja-JP"/>
              </w:rPr>
              <w:t xml:space="preserve"> </w:t>
            </w:r>
            <w:r w:rsidRPr="0068466B">
              <w:rPr>
                <w:color w:val="auto"/>
                <w:sz w:val="19"/>
                <w:lang w:eastAsia="ja-JP"/>
              </w:rPr>
              <w:br/>
            </w:r>
            <w:r w:rsidRPr="0068466B">
              <w:rPr>
                <w:color w:val="auto"/>
                <w:sz w:val="19"/>
                <w:lang w:eastAsia="ja-JP"/>
              </w:rPr>
              <w:t>・あなたとの関係（例：面接官、説明会担当者、採用連絡担当者等）：</w:t>
            </w:r>
            <w:r w:rsidRPr="0068466B">
              <w:rPr>
                <w:color w:val="auto"/>
                <w:sz w:val="19"/>
                <w:lang w:eastAsia="ja-JP"/>
              </w:rPr>
              <w:t xml:space="preserve"> </w:t>
            </w:r>
          </w:p>
          <w:p w14:paraId="0EFE1FCD" w14:textId="77777777" w:rsidR="0068466B" w:rsidRDefault="0068466B">
            <w:pPr>
              <w:spacing w:line="288" w:lineRule="auto"/>
              <w:rPr>
                <w:color w:val="auto"/>
                <w:sz w:val="19"/>
                <w:lang w:eastAsia="ja-JP"/>
              </w:rPr>
            </w:pPr>
          </w:p>
          <w:p w14:paraId="314406C5" w14:textId="77777777" w:rsidR="0068466B" w:rsidRPr="0068466B" w:rsidRDefault="0068466B">
            <w:pPr>
              <w:spacing w:line="288" w:lineRule="auto"/>
              <w:rPr>
                <w:color w:val="auto"/>
                <w:lang w:eastAsia="ja-JP"/>
              </w:rPr>
            </w:pPr>
          </w:p>
        </w:tc>
      </w:tr>
      <w:tr w:rsidR="00FA5616" w:rsidRPr="0068466B" w14:paraId="28EC0D24" w14:textId="77777777">
        <w:trPr>
          <w:jc w:val="center"/>
        </w:trPr>
        <w:tc>
          <w:tcPr>
            <w:tcW w:w="2160" w:type="dxa"/>
            <w:shd w:val="clear" w:color="auto" w:fill="EBF1F5"/>
            <w:tcMar>
              <w:top w:w="100" w:type="dxa"/>
              <w:left w:w="120" w:type="dxa"/>
              <w:bottom w:w="100" w:type="dxa"/>
              <w:right w:w="120" w:type="dxa"/>
            </w:tcMar>
          </w:tcPr>
          <w:p w14:paraId="20D12A3A" w14:textId="5FB02619" w:rsidR="00FA5616" w:rsidRPr="0068466B" w:rsidRDefault="00B56609">
            <w:pPr>
              <w:jc w:val="center"/>
              <w:rPr>
                <w:color w:val="auto"/>
              </w:rPr>
            </w:pPr>
            <w:r>
              <w:rPr>
                <w:rFonts w:hint="eastAsia"/>
                <w:b/>
                <w:color w:val="auto"/>
                <w:sz w:val="19"/>
                <w:lang w:eastAsia="ja-JP"/>
              </w:rPr>
              <w:t>日時</w:t>
            </w:r>
            <w:r w:rsidRPr="0068466B">
              <w:rPr>
                <w:b/>
                <w:color w:val="auto"/>
                <w:sz w:val="19"/>
                <w:lang w:eastAsia="ja-JP"/>
              </w:rPr>
              <w:br/>
            </w:r>
            <w:r w:rsidRPr="0068466B">
              <w:rPr>
                <w:b/>
                <w:color w:val="auto"/>
                <w:sz w:val="19"/>
              </w:rPr>
              <w:t>（</w:t>
            </w:r>
            <w:proofErr w:type="spellStart"/>
            <w:r w:rsidRPr="0068466B">
              <w:rPr>
                <w:b/>
                <w:color w:val="auto"/>
                <w:sz w:val="19"/>
              </w:rPr>
              <w:t>いつ</w:t>
            </w:r>
            <w:proofErr w:type="spellEnd"/>
            <w:r w:rsidRPr="0068466B">
              <w:rPr>
                <w:b/>
                <w:color w:val="auto"/>
                <w:sz w:val="19"/>
              </w:rPr>
              <w:t>）</w:t>
            </w:r>
          </w:p>
        </w:tc>
        <w:tc>
          <w:tcPr>
            <w:tcW w:w="7200" w:type="dxa"/>
            <w:shd w:val="clear" w:color="auto" w:fill="FFFFFF"/>
            <w:tcMar>
              <w:top w:w="100" w:type="dxa"/>
              <w:left w:w="120" w:type="dxa"/>
              <w:bottom w:w="100" w:type="dxa"/>
              <w:right w:w="120" w:type="dxa"/>
            </w:tcMar>
          </w:tcPr>
          <w:p w14:paraId="134DC0D9" w14:textId="7A277CC1" w:rsidR="00FA5616" w:rsidRPr="0068466B" w:rsidRDefault="000E0A9E">
            <w:pPr>
              <w:spacing w:line="288" w:lineRule="auto"/>
              <w:rPr>
                <w:color w:val="auto"/>
                <w:lang w:eastAsia="ja-JP"/>
              </w:rPr>
            </w:pPr>
            <w:r w:rsidRPr="0068466B">
              <w:rPr>
                <w:color w:val="auto"/>
                <w:sz w:val="19"/>
                <w:lang w:eastAsia="ja-JP"/>
              </w:rPr>
              <w:t>・発生日時：</w:t>
            </w:r>
            <w:r w:rsidRPr="0068466B">
              <w:rPr>
                <w:color w:val="auto"/>
                <w:sz w:val="19"/>
                <w:lang w:eastAsia="ja-JP"/>
              </w:rPr>
              <w:t xml:space="preserve"> </w:t>
            </w:r>
            <w:r w:rsidR="0068466B">
              <w:rPr>
                <w:rFonts w:hint="eastAsia"/>
                <w:color w:val="auto"/>
                <w:sz w:val="19"/>
                <w:lang w:eastAsia="ja-JP"/>
              </w:rPr>
              <w:t xml:space="preserve">　　</w:t>
            </w:r>
            <w:r w:rsidRPr="0068466B">
              <w:rPr>
                <w:color w:val="auto"/>
                <w:sz w:val="19"/>
                <w:lang w:eastAsia="ja-JP"/>
              </w:rPr>
              <w:t xml:space="preserve">　年　</w:t>
            </w:r>
            <w:r w:rsidR="0068466B">
              <w:rPr>
                <w:rFonts w:hint="eastAsia"/>
                <w:color w:val="auto"/>
                <w:sz w:val="19"/>
                <w:lang w:eastAsia="ja-JP"/>
              </w:rPr>
              <w:t xml:space="preserve">　</w:t>
            </w:r>
            <w:r w:rsidRPr="0068466B">
              <w:rPr>
                <w:color w:val="auto"/>
                <w:sz w:val="19"/>
                <w:lang w:eastAsia="ja-JP"/>
              </w:rPr>
              <w:t xml:space="preserve">月　</w:t>
            </w:r>
            <w:r w:rsidR="0068466B">
              <w:rPr>
                <w:rFonts w:hint="eastAsia"/>
                <w:color w:val="auto"/>
                <w:sz w:val="19"/>
                <w:lang w:eastAsia="ja-JP"/>
              </w:rPr>
              <w:t xml:space="preserve">　</w:t>
            </w:r>
            <w:r w:rsidRPr="0068466B">
              <w:rPr>
                <w:color w:val="auto"/>
                <w:sz w:val="19"/>
                <w:lang w:eastAsia="ja-JP"/>
              </w:rPr>
              <w:t xml:space="preserve">日　　</w:t>
            </w:r>
            <w:r w:rsidR="0068466B">
              <w:rPr>
                <w:rFonts w:hint="eastAsia"/>
                <w:color w:val="auto"/>
                <w:sz w:val="19"/>
                <w:lang w:eastAsia="ja-JP"/>
              </w:rPr>
              <w:t xml:space="preserve">　</w:t>
            </w:r>
            <w:r w:rsidRPr="0068466B">
              <w:rPr>
                <w:color w:val="auto"/>
                <w:sz w:val="19"/>
                <w:lang w:eastAsia="ja-JP"/>
              </w:rPr>
              <w:t xml:space="preserve">時　</w:t>
            </w:r>
            <w:r w:rsidR="0068466B">
              <w:rPr>
                <w:rFonts w:hint="eastAsia"/>
                <w:color w:val="auto"/>
                <w:sz w:val="19"/>
                <w:lang w:eastAsia="ja-JP"/>
              </w:rPr>
              <w:t xml:space="preserve">　</w:t>
            </w:r>
            <w:r w:rsidRPr="0068466B">
              <w:rPr>
                <w:color w:val="auto"/>
                <w:sz w:val="19"/>
                <w:lang w:eastAsia="ja-JP"/>
              </w:rPr>
              <w:t>分頃</w:t>
            </w:r>
            <w:r w:rsidRPr="0068466B">
              <w:rPr>
                <w:color w:val="auto"/>
                <w:sz w:val="19"/>
                <w:lang w:eastAsia="ja-JP"/>
              </w:rPr>
              <w:br/>
            </w:r>
            <w:r w:rsidRPr="0068466B">
              <w:rPr>
                <w:color w:val="auto"/>
                <w:sz w:val="19"/>
                <w:lang w:eastAsia="ja-JP"/>
              </w:rPr>
              <w:t>・発生頻度・時期（複数回ある場合）：</w:t>
            </w:r>
            <w:r w:rsidRPr="0068466B">
              <w:rPr>
                <w:color w:val="auto"/>
                <w:sz w:val="19"/>
                <w:lang w:eastAsia="ja-JP"/>
              </w:rPr>
              <w:t xml:space="preserve"> </w:t>
            </w:r>
            <w:r w:rsidRPr="0068466B">
              <w:rPr>
                <w:color w:val="auto"/>
                <w:sz w:val="19"/>
                <w:lang w:eastAsia="ja-JP"/>
              </w:rPr>
              <w:br/>
            </w:r>
            <w:r w:rsidRPr="0068466B">
              <w:rPr>
                <w:color w:val="auto"/>
                <w:sz w:val="19"/>
                <w:lang w:eastAsia="ja-JP"/>
              </w:rPr>
              <w:t xml:space="preserve">　（例：第</w:t>
            </w:r>
            <w:r w:rsidRPr="0068466B">
              <w:rPr>
                <w:color w:val="auto"/>
                <w:sz w:val="19"/>
                <w:lang w:eastAsia="ja-JP"/>
              </w:rPr>
              <w:t>1</w:t>
            </w:r>
            <w:r w:rsidRPr="0068466B">
              <w:rPr>
                <w:color w:val="auto"/>
                <w:sz w:val="19"/>
                <w:lang w:eastAsia="ja-JP"/>
              </w:rPr>
              <w:t>回面接時、</w:t>
            </w:r>
            <w:r w:rsidRPr="0068466B">
              <w:rPr>
                <w:color w:val="auto"/>
                <w:sz w:val="19"/>
                <w:lang w:eastAsia="ja-JP"/>
              </w:rPr>
              <w:t>○</w:t>
            </w:r>
            <w:r w:rsidRPr="0068466B">
              <w:rPr>
                <w:color w:val="auto"/>
                <w:sz w:val="19"/>
                <w:lang w:eastAsia="ja-JP"/>
              </w:rPr>
              <w:t>月</w:t>
            </w:r>
            <w:r w:rsidRPr="0068466B">
              <w:rPr>
                <w:color w:val="auto"/>
                <w:sz w:val="19"/>
                <w:lang w:eastAsia="ja-JP"/>
              </w:rPr>
              <w:t>○</w:t>
            </w:r>
            <w:r w:rsidRPr="0068466B">
              <w:rPr>
                <w:color w:val="auto"/>
                <w:sz w:val="19"/>
                <w:lang w:eastAsia="ja-JP"/>
              </w:rPr>
              <w:t>日の電話連絡時</w:t>
            </w:r>
            <w:r w:rsidRPr="0068466B">
              <w:rPr>
                <w:color w:val="auto"/>
                <w:sz w:val="19"/>
                <w:lang w:eastAsia="ja-JP"/>
              </w:rPr>
              <w:t xml:space="preserve"> </w:t>
            </w:r>
            <w:r w:rsidRPr="0068466B">
              <w:rPr>
                <w:color w:val="auto"/>
                <w:sz w:val="19"/>
                <w:lang w:eastAsia="ja-JP"/>
              </w:rPr>
              <w:t>など）</w:t>
            </w:r>
          </w:p>
        </w:tc>
      </w:tr>
      <w:tr w:rsidR="00FA5616" w:rsidRPr="0068466B" w14:paraId="6EC2E583" w14:textId="77777777">
        <w:trPr>
          <w:jc w:val="center"/>
        </w:trPr>
        <w:tc>
          <w:tcPr>
            <w:tcW w:w="2160" w:type="dxa"/>
            <w:shd w:val="clear" w:color="auto" w:fill="EBF1F5"/>
            <w:tcMar>
              <w:top w:w="100" w:type="dxa"/>
              <w:left w:w="120" w:type="dxa"/>
              <w:bottom w:w="100" w:type="dxa"/>
              <w:right w:w="120" w:type="dxa"/>
            </w:tcMar>
          </w:tcPr>
          <w:p w14:paraId="02C0DC6C" w14:textId="39D49CCE" w:rsidR="00FA5616" w:rsidRPr="0068466B" w:rsidRDefault="00B56609">
            <w:pPr>
              <w:jc w:val="center"/>
              <w:rPr>
                <w:color w:val="auto"/>
                <w:lang w:eastAsia="ja-JP"/>
              </w:rPr>
            </w:pPr>
            <w:r>
              <w:rPr>
                <w:rFonts w:hint="eastAsia"/>
                <w:b/>
                <w:color w:val="auto"/>
                <w:sz w:val="19"/>
                <w:lang w:eastAsia="ja-JP"/>
              </w:rPr>
              <w:t>場所・媒体</w:t>
            </w:r>
            <w:r w:rsidRPr="0068466B">
              <w:rPr>
                <w:b/>
                <w:color w:val="auto"/>
                <w:sz w:val="19"/>
                <w:lang w:eastAsia="ja-JP"/>
              </w:rPr>
              <w:br/>
            </w:r>
            <w:r w:rsidRPr="0068466B">
              <w:rPr>
                <w:b/>
                <w:color w:val="auto"/>
                <w:sz w:val="19"/>
                <w:lang w:eastAsia="ja-JP"/>
              </w:rPr>
              <w:t>（どこで）</w:t>
            </w:r>
          </w:p>
        </w:tc>
        <w:tc>
          <w:tcPr>
            <w:tcW w:w="7200" w:type="dxa"/>
            <w:shd w:val="clear" w:color="auto" w:fill="FFFFFF"/>
            <w:tcMar>
              <w:top w:w="100" w:type="dxa"/>
              <w:left w:w="120" w:type="dxa"/>
              <w:bottom w:w="100" w:type="dxa"/>
              <w:right w:w="120" w:type="dxa"/>
            </w:tcMar>
          </w:tcPr>
          <w:p w14:paraId="3BD4D382" w14:textId="1B2FED4C" w:rsidR="00FA5616" w:rsidRPr="0068466B" w:rsidRDefault="000E0A9E">
            <w:pPr>
              <w:spacing w:line="288" w:lineRule="auto"/>
              <w:rPr>
                <w:color w:val="auto"/>
                <w:lang w:eastAsia="ja-JP"/>
              </w:rPr>
            </w:pPr>
            <w:r w:rsidRPr="0068466B">
              <w:rPr>
                <w:color w:val="auto"/>
                <w:sz w:val="19"/>
                <w:lang w:eastAsia="ja-JP"/>
              </w:rPr>
              <w:t>・発生場所・媒体：</w:t>
            </w:r>
            <w:r w:rsidRPr="0068466B">
              <w:rPr>
                <w:color w:val="auto"/>
                <w:sz w:val="19"/>
                <w:lang w:eastAsia="ja-JP"/>
              </w:rPr>
              <w:br/>
            </w:r>
            <w:r w:rsidRPr="0068466B">
              <w:rPr>
                <w:color w:val="auto"/>
                <w:sz w:val="19"/>
                <w:lang w:eastAsia="ja-JP"/>
              </w:rPr>
              <w:t xml:space="preserve">　</w:t>
            </w:r>
            <w:r w:rsidRPr="0068466B">
              <w:rPr>
                <w:color w:val="auto"/>
                <w:sz w:val="19"/>
                <w:lang w:eastAsia="ja-JP"/>
              </w:rPr>
              <w:t xml:space="preserve">□ </w:t>
            </w:r>
            <w:r w:rsidRPr="0068466B">
              <w:rPr>
                <w:color w:val="auto"/>
                <w:sz w:val="19"/>
                <w:lang w:eastAsia="ja-JP"/>
              </w:rPr>
              <w:t>対面（例：面接室、受付、説明会会場等）</w:t>
            </w:r>
            <w:r w:rsidRPr="0068466B">
              <w:rPr>
                <w:color w:val="auto"/>
                <w:sz w:val="19"/>
                <w:lang w:eastAsia="ja-JP"/>
              </w:rPr>
              <w:br/>
            </w:r>
            <w:r w:rsidRPr="0068466B">
              <w:rPr>
                <w:color w:val="auto"/>
                <w:sz w:val="19"/>
                <w:lang w:eastAsia="ja-JP"/>
              </w:rPr>
              <w:t xml:space="preserve">　</w:t>
            </w:r>
            <w:r w:rsidRPr="0068466B">
              <w:rPr>
                <w:color w:val="auto"/>
                <w:sz w:val="19"/>
                <w:lang w:eastAsia="ja-JP"/>
              </w:rPr>
              <w:t xml:space="preserve">□ </w:t>
            </w:r>
            <w:r w:rsidRPr="0068466B">
              <w:rPr>
                <w:color w:val="auto"/>
                <w:sz w:val="19"/>
                <w:lang w:eastAsia="ja-JP"/>
              </w:rPr>
              <w:t>オンライン（例：</w:t>
            </w:r>
            <w:r w:rsidRPr="0068466B">
              <w:rPr>
                <w:color w:val="auto"/>
                <w:sz w:val="19"/>
                <w:lang w:eastAsia="ja-JP"/>
              </w:rPr>
              <w:t>Zoom</w:t>
            </w:r>
            <w:r w:rsidRPr="0068466B">
              <w:rPr>
                <w:color w:val="auto"/>
                <w:sz w:val="19"/>
                <w:lang w:eastAsia="ja-JP"/>
              </w:rPr>
              <w:t>、</w:t>
            </w:r>
            <w:r w:rsidRPr="0068466B">
              <w:rPr>
                <w:color w:val="auto"/>
                <w:sz w:val="19"/>
                <w:lang w:eastAsia="ja-JP"/>
              </w:rPr>
              <w:t>Teams</w:t>
            </w:r>
            <w:r w:rsidRPr="0068466B">
              <w:rPr>
                <w:color w:val="auto"/>
                <w:sz w:val="19"/>
                <w:lang w:eastAsia="ja-JP"/>
              </w:rPr>
              <w:t>等の</w:t>
            </w:r>
            <w:r w:rsidR="00A10249">
              <w:rPr>
                <w:rFonts w:hint="eastAsia"/>
                <w:color w:val="auto"/>
                <w:sz w:val="19"/>
                <w:lang w:eastAsia="ja-JP"/>
              </w:rPr>
              <w:t>ミーティング</w:t>
            </w:r>
            <w:r w:rsidRPr="0068466B">
              <w:rPr>
                <w:color w:val="auto"/>
                <w:sz w:val="19"/>
                <w:lang w:eastAsia="ja-JP"/>
              </w:rPr>
              <w:t>ルーム）</w:t>
            </w:r>
            <w:r w:rsidRPr="0068466B">
              <w:rPr>
                <w:color w:val="auto"/>
                <w:sz w:val="19"/>
                <w:lang w:eastAsia="ja-JP"/>
              </w:rPr>
              <w:br/>
            </w:r>
            <w:r w:rsidRPr="0068466B">
              <w:rPr>
                <w:color w:val="auto"/>
                <w:sz w:val="19"/>
                <w:lang w:eastAsia="ja-JP"/>
              </w:rPr>
              <w:t xml:space="preserve">　</w:t>
            </w:r>
            <w:r w:rsidRPr="0068466B">
              <w:rPr>
                <w:color w:val="auto"/>
                <w:sz w:val="19"/>
                <w:lang w:eastAsia="ja-JP"/>
              </w:rPr>
              <w:t xml:space="preserve">□ </w:t>
            </w:r>
            <w:r w:rsidRPr="0068466B">
              <w:rPr>
                <w:color w:val="auto"/>
                <w:sz w:val="19"/>
                <w:lang w:eastAsia="ja-JP"/>
              </w:rPr>
              <w:t>電話・</w:t>
            </w:r>
            <w:r w:rsidRPr="0068466B">
              <w:rPr>
                <w:color w:val="auto"/>
                <w:sz w:val="19"/>
                <w:lang w:eastAsia="ja-JP"/>
              </w:rPr>
              <w:t>SMS</w:t>
            </w:r>
            <w:r w:rsidRPr="0068466B">
              <w:rPr>
                <w:color w:val="auto"/>
                <w:sz w:val="19"/>
                <w:lang w:eastAsia="ja-JP"/>
              </w:rPr>
              <w:br/>
            </w:r>
            <w:r w:rsidRPr="0068466B">
              <w:rPr>
                <w:color w:val="auto"/>
                <w:sz w:val="19"/>
                <w:lang w:eastAsia="ja-JP"/>
              </w:rPr>
              <w:t xml:space="preserve">　</w:t>
            </w:r>
            <w:r w:rsidRPr="0068466B">
              <w:rPr>
                <w:color w:val="auto"/>
                <w:sz w:val="19"/>
                <w:lang w:eastAsia="ja-JP"/>
              </w:rPr>
              <w:t xml:space="preserve">□ </w:t>
            </w:r>
            <w:r w:rsidRPr="0068466B">
              <w:rPr>
                <w:color w:val="auto"/>
                <w:sz w:val="19"/>
                <w:lang w:eastAsia="ja-JP"/>
              </w:rPr>
              <w:t>メール・</w:t>
            </w:r>
            <w:r w:rsidR="00A10249">
              <w:rPr>
                <w:rFonts w:hint="eastAsia"/>
                <w:color w:val="auto"/>
                <w:sz w:val="19"/>
                <w:lang w:eastAsia="ja-JP"/>
              </w:rPr>
              <w:t>就活サイトのメッセージ機能等</w:t>
            </w:r>
            <w:r w:rsidRPr="0068466B">
              <w:rPr>
                <w:color w:val="auto"/>
                <w:sz w:val="19"/>
                <w:lang w:eastAsia="ja-JP"/>
              </w:rPr>
              <w:br/>
            </w:r>
            <w:r w:rsidRPr="0068466B">
              <w:rPr>
                <w:color w:val="auto"/>
                <w:sz w:val="19"/>
                <w:lang w:eastAsia="ja-JP"/>
              </w:rPr>
              <w:lastRenderedPageBreak/>
              <w:t xml:space="preserve">　</w:t>
            </w:r>
            <w:r w:rsidRPr="0068466B">
              <w:rPr>
                <w:color w:val="auto"/>
                <w:sz w:val="19"/>
                <w:lang w:eastAsia="ja-JP"/>
              </w:rPr>
              <w:t>□ SNS</w:t>
            </w:r>
            <w:r w:rsidRPr="0068466B">
              <w:rPr>
                <w:color w:val="auto"/>
                <w:sz w:val="19"/>
                <w:lang w:eastAsia="ja-JP"/>
              </w:rPr>
              <w:t>・その他（　　　　　　　　）</w:t>
            </w:r>
          </w:p>
        </w:tc>
      </w:tr>
      <w:tr w:rsidR="00FA5616" w:rsidRPr="0068466B" w14:paraId="40A31F55" w14:textId="77777777">
        <w:trPr>
          <w:jc w:val="center"/>
        </w:trPr>
        <w:tc>
          <w:tcPr>
            <w:tcW w:w="2160" w:type="dxa"/>
            <w:shd w:val="clear" w:color="auto" w:fill="EBF1F5"/>
            <w:tcMar>
              <w:top w:w="100" w:type="dxa"/>
              <w:left w:w="120" w:type="dxa"/>
              <w:bottom w:w="100" w:type="dxa"/>
              <w:right w:w="120" w:type="dxa"/>
            </w:tcMar>
          </w:tcPr>
          <w:p w14:paraId="45EBC7C7" w14:textId="187F141F" w:rsidR="00FA5616" w:rsidRPr="0068466B" w:rsidRDefault="00B56609">
            <w:pPr>
              <w:jc w:val="center"/>
              <w:rPr>
                <w:color w:val="auto"/>
                <w:lang w:eastAsia="ja-JP"/>
              </w:rPr>
            </w:pPr>
            <w:r>
              <w:rPr>
                <w:rFonts w:hint="eastAsia"/>
                <w:b/>
                <w:color w:val="auto"/>
                <w:sz w:val="19"/>
                <w:lang w:eastAsia="ja-JP"/>
              </w:rPr>
              <w:lastRenderedPageBreak/>
              <w:t>内容</w:t>
            </w:r>
            <w:r w:rsidRPr="0068466B">
              <w:rPr>
                <w:b/>
                <w:color w:val="auto"/>
                <w:sz w:val="19"/>
                <w:lang w:eastAsia="ja-JP"/>
              </w:rPr>
              <w:br/>
            </w:r>
            <w:r w:rsidRPr="0068466B">
              <w:rPr>
                <w:b/>
                <w:color w:val="auto"/>
                <w:sz w:val="19"/>
                <w:lang w:eastAsia="ja-JP"/>
              </w:rPr>
              <w:t>（何があったか）</w:t>
            </w:r>
          </w:p>
        </w:tc>
        <w:tc>
          <w:tcPr>
            <w:tcW w:w="7200" w:type="dxa"/>
            <w:shd w:val="clear" w:color="auto" w:fill="FFFFFF"/>
            <w:tcMar>
              <w:top w:w="100" w:type="dxa"/>
              <w:left w:w="120" w:type="dxa"/>
              <w:bottom w:w="100" w:type="dxa"/>
              <w:right w:w="120" w:type="dxa"/>
            </w:tcMar>
          </w:tcPr>
          <w:p w14:paraId="015BFA6F" w14:textId="155F3D4E" w:rsidR="00FA5616" w:rsidRPr="0068466B" w:rsidRDefault="000E0A9E">
            <w:pPr>
              <w:spacing w:line="288" w:lineRule="auto"/>
              <w:rPr>
                <w:color w:val="auto"/>
                <w:lang w:eastAsia="ja-JP"/>
              </w:rPr>
            </w:pPr>
            <w:r w:rsidRPr="0068466B">
              <w:rPr>
                <w:color w:val="auto"/>
                <w:sz w:val="19"/>
                <w:lang w:eastAsia="ja-JP"/>
              </w:rPr>
              <w:t>【ハラスメントの種別（推測で構いません）】</w:t>
            </w:r>
            <w:r w:rsidRPr="0068466B">
              <w:rPr>
                <w:color w:val="auto"/>
                <w:sz w:val="19"/>
                <w:lang w:eastAsia="ja-JP"/>
              </w:rPr>
              <w:br/>
              <w:t xml:space="preserve">□ </w:t>
            </w:r>
            <w:r w:rsidRPr="0068466B">
              <w:rPr>
                <w:color w:val="auto"/>
                <w:sz w:val="19"/>
                <w:lang w:eastAsia="ja-JP"/>
              </w:rPr>
              <w:t>セクシュアルハラスメント（性的な言動・不必要な身体接触・プライベートへの過度な介入等）</w:t>
            </w:r>
            <w:r w:rsidRPr="0068466B">
              <w:rPr>
                <w:color w:val="auto"/>
                <w:sz w:val="19"/>
                <w:lang w:eastAsia="ja-JP"/>
              </w:rPr>
              <w:br/>
              <w:t xml:space="preserve">□ </w:t>
            </w:r>
            <w:r w:rsidRPr="0068466B">
              <w:rPr>
                <w:color w:val="auto"/>
                <w:sz w:val="19"/>
                <w:lang w:eastAsia="ja-JP"/>
              </w:rPr>
              <w:t>パワーハラスメント（立場を利用した威圧・暴言・不適切な要求・過度な緊張を強いる言動等）</w:t>
            </w:r>
            <w:r w:rsidRPr="0068466B">
              <w:rPr>
                <w:color w:val="auto"/>
                <w:sz w:val="19"/>
                <w:lang w:eastAsia="ja-JP"/>
              </w:rPr>
              <w:br/>
              <w:t xml:space="preserve">□ </w:t>
            </w:r>
            <w:r w:rsidRPr="0068466B">
              <w:rPr>
                <w:color w:val="auto"/>
                <w:sz w:val="19"/>
                <w:lang w:eastAsia="ja-JP"/>
              </w:rPr>
              <w:t xml:space="preserve">その他不適切な言動・差別的言動（　</w:t>
            </w:r>
            <w:r w:rsidR="0068466B">
              <w:rPr>
                <w:rFonts w:hint="eastAsia"/>
                <w:color w:val="auto"/>
                <w:sz w:val="19"/>
                <w:lang w:eastAsia="ja-JP"/>
              </w:rPr>
              <w:t xml:space="preserve">　　　　</w:t>
            </w:r>
            <w:r w:rsidRPr="0068466B">
              <w:rPr>
                <w:color w:val="auto"/>
                <w:sz w:val="19"/>
                <w:lang w:eastAsia="ja-JP"/>
              </w:rPr>
              <w:t xml:space="preserve">　　　　　　　）</w:t>
            </w:r>
            <w:r w:rsidRPr="0068466B">
              <w:rPr>
                <w:color w:val="auto"/>
                <w:sz w:val="19"/>
                <w:lang w:eastAsia="ja-JP"/>
              </w:rPr>
              <w:br/>
            </w:r>
            <w:r w:rsidRPr="0068466B">
              <w:rPr>
                <w:color w:val="auto"/>
                <w:sz w:val="19"/>
                <w:lang w:eastAsia="ja-JP"/>
              </w:rPr>
              <w:br/>
            </w:r>
            <w:r w:rsidRPr="0068466B">
              <w:rPr>
                <w:color w:val="auto"/>
                <w:sz w:val="19"/>
                <w:lang w:eastAsia="ja-JP"/>
              </w:rPr>
              <w:t>【具体的な言動・出来事の内容】</w:t>
            </w:r>
            <w:r w:rsidRPr="0068466B">
              <w:rPr>
                <w:color w:val="auto"/>
                <w:sz w:val="19"/>
                <w:lang w:eastAsia="ja-JP"/>
              </w:rPr>
              <w:br/>
            </w:r>
            <w:r w:rsidRPr="0068466B">
              <w:rPr>
                <w:color w:val="auto"/>
                <w:sz w:val="19"/>
                <w:lang w:eastAsia="ja-JP"/>
              </w:rPr>
              <w:t>（相手から言われた言葉、行われた行為などを可能な限り具体的にご記入ください）</w:t>
            </w:r>
            <w:r w:rsidRPr="0068466B">
              <w:rPr>
                <w:color w:val="auto"/>
                <w:sz w:val="19"/>
                <w:lang w:eastAsia="ja-JP"/>
              </w:rPr>
              <w:br/>
            </w:r>
            <w:r w:rsidRPr="0068466B">
              <w:rPr>
                <w:color w:val="auto"/>
                <w:sz w:val="19"/>
                <w:lang w:eastAsia="ja-JP"/>
              </w:rPr>
              <w:br/>
            </w:r>
          </w:p>
        </w:tc>
      </w:tr>
      <w:tr w:rsidR="00FA5616" w:rsidRPr="0068466B" w14:paraId="07748FE9" w14:textId="77777777">
        <w:trPr>
          <w:jc w:val="center"/>
        </w:trPr>
        <w:tc>
          <w:tcPr>
            <w:tcW w:w="2160" w:type="dxa"/>
            <w:shd w:val="clear" w:color="auto" w:fill="EBF1F5"/>
            <w:tcMar>
              <w:top w:w="100" w:type="dxa"/>
              <w:left w:w="120" w:type="dxa"/>
              <w:bottom w:w="100" w:type="dxa"/>
              <w:right w:w="120" w:type="dxa"/>
            </w:tcMar>
          </w:tcPr>
          <w:p w14:paraId="4CF5E3C2" w14:textId="07D390DC" w:rsidR="00FA5616" w:rsidRPr="0068466B" w:rsidRDefault="00B56609">
            <w:pPr>
              <w:jc w:val="center"/>
              <w:rPr>
                <w:color w:val="auto"/>
                <w:lang w:eastAsia="ja-JP"/>
              </w:rPr>
            </w:pPr>
            <w:r>
              <w:rPr>
                <w:rFonts w:hint="eastAsia"/>
                <w:b/>
                <w:color w:val="auto"/>
                <w:sz w:val="19"/>
                <w:lang w:eastAsia="ja-JP"/>
              </w:rPr>
              <w:t>経緯</w:t>
            </w:r>
            <w:r w:rsidRPr="0068466B">
              <w:rPr>
                <w:b/>
                <w:color w:val="auto"/>
                <w:sz w:val="19"/>
                <w:lang w:eastAsia="ja-JP"/>
              </w:rPr>
              <w:br/>
            </w:r>
            <w:r w:rsidRPr="0068466B">
              <w:rPr>
                <w:b/>
                <w:color w:val="auto"/>
                <w:sz w:val="19"/>
                <w:lang w:eastAsia="ja-JP"/>
              </w:rPr>
              <w:t>（どのような経緯で）</w:t>
            </w:r>
          </w:p>
        </w:tc>
        <w:tc>
          <w:tcPr>
            <w:tcW w:w="7200" w:type="dxa"/>
            <w:shd w:val="clear" w:color="auto" w:fill="FFFFFF"/>
            <w:tcMar>
              <w:top w:w="100" w:type="dxa"/>
              <w:left w:w="120" w:type="dxa"/>
              <w:bottom w:w="100" w:type="dxa"/>
              <w:right w:w="120" w:type="dxa"/>
            </w:tcMar>
          </w:tcPr>
          <w:p w14:paraId="102F73A7" w14:textId="77777777" w:rsidR="00FA5616" w:rsidRPr="0068466B" w:rsidRDefault="000E0A9E">
            <w:pPr>
              <w:spacing w:line="288" w:lineRule="auto"/>
              <w:rPr>
                <w:color w:val="auto"/>
                <w:lang w:eastAsia="ja-JP"/>
              </w:rPr>
            </w:pPr>
            <w:r w:rsidRPr="0068466B">
              <w:rPr>
                <w:color w:val="auto"/>
                <w:sz w:val="19"/>
                <w:lang w:eastAsia="ja-JP"/>
              </w:rPr>
              <w:t>【事前のやり取りや状況・背景】</w:t>
            </w:r>
            <w:r w:rsidRPr="0068466B">
              <w:rPr>
                <w:color w:val="auto"/>
                <w:sz w:val="19"/>
                <w:lang w:eastAsia="ja-JP"/>
              </w:rPr>
              <w:br/>
            </w:r>
            <w:r w:rsidRPr="0068466B">
              <w:rPr>
                <w:color w:val="auto"/>
                <w:sz w:val="19"/>
                <w:lang w:eastAsia="ja-JP"/>
              </w:rPr>
              <w:t>（どのような質問や話題の流れでその言動が生じたか、前後のやり取りなど）</w:t>
            </w:r>
            <w:r w:rsidRPr="0068466B">
              <w:rPr>
                <w:color w:val="auto"/>
                <w:sz w:val="19"/>
                <w:lang w:eastAsia="ja-JP"/>
              </w:rPr>
              <w:br/>
            </w:r>
            <w:r w:rsidRPr="0068466B">
              <w:rPr>
                <w:color w:val="auto"/>
                <w:sz w:val="19"/>
                <w:lang w:eastAsia="ja-JP"/>
              </w:rPr>
              <w:br/>
            </w:r>
          </w:p>
        </w:tc>
      </w:tr>
      <w:tr w:rsidR="00FA5616" w:rsidRPr="0068466B" w14:paraId="37916145" w14:textId="77777777">
        <w:trPr>
          <w:jc w:val="center"/>
        </w:trPr>
        <w:tc>
          <w:tcPr>
            <w:tcW w:w="2160" w:type="dxa"/>
            <w:shd w:val="clear" w:color="auto" w:fill="EBF1F5"/>
            <w:tcMar>
              <w:top w:w="100" w:type="dxa"/>
              <w:left w:w="120" w:type="dxa"/>
              <w:bottom w:w="100" w:type="dxa"/>
              <w:right w:w="120" w:type="dxa"/>
            </w:tcMar>
          </w:tcPr>
          <w:p w14:paraId="1DC180A3" w14:textId="2E574670" w:rsidR="00FA5616" w:rsidRPr="0068466B" w:rsidRDefault="00B56609">
            <w:pPr>
              <w:jc w:val="center"/>
              <w:rPr>
                <w:color w:val="auto"/>
                <w:lang w:eastAsia="ja-JP"/>
              </w:rPr>
            </w:pPr>
            <w:r>
              <w:rPr>
                <w:rFonts w:hint="eastAsia"/>
                <w:b/>
                <w:color w:val="auto"/>
                <w:sz w:val="19"/>
                <w:lang w:eastAsia="ja-JP"/>
              </w:rPr>
              <w:t>影響・希望する対応</w:t>
            </w:r>
            <w:r w:rsidRPr="0068466B">
              <w:rPr>
                <w:b/>
                <w:color w:val="auto"/>
                <w:sz w:val="19"/>
                <w:lang w:eastAsia="ja-JP"/>
              </w:rPr>
              <w:br/>
            </w:r>
            <w:r w:rsidRPr="0068466B">
              <w:rPr>
                <w:b/>
                <w:color w:val="auto"/>
                <w:sz w:val="19"/>
                <w:lang w:eastAsia="ja-JP"/>
              </w:rPr>
              <w:t>（どのような状況か・希望対応）</w:t>
            </w:r>
          </w:p>
        </w:tc>
        <w:tc>
          <w:tcPr>
            <w:tcW w:w="7200" w:type="dxa"/>
            <w:shd w:val="clear" w:color="auto" w:fill="FFFFFF"/>
            <w:tcMar>
              <w:top w:w="100" w:type="dxa"/>
              <w:left w:w="120" w:type="dxa"/>
              <w:bottom w:w="100" w:type="dxa"/>
              <w:right w:w="120" w:type="dxa"/>
            </w:tcMar>
          </w:tcPr>
          <w:p w14:paraId="2FB754A3" w14:textId="77777777" w:rsidR="0068466B" w:rsidRDefault="000E0A9E">
            <w:pPr>
              <w:spacing w:line="288" w:lineRule="auto"/>
              <w:rPr>
                <w:color w:val="auto"/>
                <w:sz w:val="19"/>
                <w:lang w:eastAsia="ja-JP"/>
              </w:rPr>
            </w:pPr>
            <w:r w:rsidRPr="0068466B">
              <w:rPr>
                <w:color w:val="auto"/>
                <w:sz w:val="19"/>
                <w:lang w:eastAsia="ja-JP"/>
              </w:rPr>
              <w:t>【態様・影響・証拠の有無】</w:t>
            </w:r>
            <w:r w:rsidRPr="0068466B">
              <w:rPr>
                <w:color w:val="auto"/>
                <w:sz w:val="19"/>
                <w:lang w:eastAsia="ja-JP"/>
              </w:rPr>
              <w:br/>
            </w:r>
            <w:r w:rsidRPr="0068466B">
              <w:rPr>
                <w:color w:val="auto"/>
                <w:sz w:val="19"/>
                <w:lang w:eastAsia="ja-JP"/>
              </w:rPr>
              <w:t>・周囲の状況（同席者の有無など）：</w:t>
            </w:r>
            <w:r w:rsidRPr="0068466B">
              <w:rPr>
                <w:color w:val="auto"/>
                <w:sz w:val="19"/>
                <w:lang w:eastAsia="ja-JP"/>
              </w:rPr>
              <w:t xml:space="preserve"> </w:t>
            </w:r>
            <w:r w:rsidRPr="0068466B">
              <w:rPr>
                <w:color w:val="auto"/>
                <w:sz w:val="19"/>
                <w:lang w:eastAsia="ja-JP"/>
              </w:rPr>
              <w:br/>
            </w:r>
            <w:r w:rsidRPr="0068466B">
              <w:rPr>
                <w:color w:val="auto"/>
                <w:sz w:val="19"/>
                <w:lang w:eastAsia="ja-JP"/>
              </w:rPr>
              <w:t>・受けている影響（精神的苦痛、選考への不安、体調変化など）：</w:t>
            </w:r>
            <w:r w:rsidRPr="0068466B">
              <w:rPr>
                <w:color w:val="auto"/>
                <w:sz w:val="19"/>
                <w:lang w:eastAsia="ja-JP"/>
              </w:rPr>
              <w:t xml:space="preserve"> </w:t>
            </w:r>
          </w:p>
          <w:p w14:paraId="392EF25D" w14:textId="77777777" w:rsidR="00A44E15" w:rsidRDefault="000E0A9E">
            <w:pPr>
              <w:spacing w:line="288" w:lineRule="auto"/>
              <w:rPr>
                <w:color w:val="auto"/>
                <w:sz w:val="19"/>
                <w:lang w:eastAsia="ja-JP"/>
              </w:rPr>
            </w:pPr>
            <w:r w:rsidRPr="0068466B">
              <w:rPr>
                <w:color w:val="auto"/>
                <w:sz w:val="19"/>
                <w:lang w:eastAsia="ja-JP"/>
              </w:rPr>
              <w:br/>
            </w:r>
            <w:r w:rsidRPr="0068466B">
              <w:rPr>
                <w:color w:val="auto"/>
                <w:sz w:val="19"/>
                <w:lang w:eastAsia="ja-JP"/>
              </w:rPr>
              <w:t>・証拠資料の有無（</w:t>
            </w:r>
            <w:r w:rsidRPr="0068466B">
              <w:rPr>
                <w:color w:val="auto"/>
                <w:sz w:val="19"/>
                <w:lang w:eastAsia="ja-JP"/>
              </w:rPr>
              <w:t xml:space="preserve">□ </w:t>
            </w:r>
            <w:r w:rsidRPr="0068466B">
              <w:rPr>
                <w:color w:val="auto"/>
                <w:sz w:val="19"/>
                <w:lang w:eastAsia="ja-JP"/>
              </w:rPr>
              <w:t xml:space="preserve">メモ・日記　</w:t>
            </w:r>
            <w:r w:rsidRPr="0068466B">
              <w:rPr>
                <w:color w:val="auto"/>
                <w:sz w:val="19"/>
                <w:lang w:eastAsia="ja-JP"/>
              </w:rPr>
              <w:t xml:space="preserve">□ </w:t>
            </w:r>
            <w:r w:rsidRPr="0068466B">
              <w:rPr>
                <w:color w:val="auto"/>
                <w:sz w:val="19"/>
                <w:lang w:eastAsia="ja-JP"/>
              </w:rPr>
              <w:t xml:space="preserve">メール・録音データ　</w:t>
            </w:r>
            <w:r w:rsidRPr="0068466B">
              <w:rPr>
                <w:color w:val="auto"/>
                <w:sz w:val="19"/>
                <w:lang w:eastAsia="ja-JP"/>
              </w:rPr>
              <w:t xml:space="preserve">□ </w:t>
            </w:r>
            <w:proofErr w:type="gramStart"/>
            <w:r w:rsidRPr="0068466B">
              <w:rPr>
                <w:color w:val="auto"/>
                <w:sz w:val="19"/>
                <w:lang w:eastAsia="ja-JP"/>
              </w:rPr>
              <w:t>無し</w:t>
            </w:r>
            <w:proofErr w:type="gramEnd"/>
            <w:r w:rsidRPr="0068466B">
              <w:rPr>
                <w:color w:val="auto"/>
                <w:sz w:val="19"/>
                <w:lang w:eastAsia="ja-JP"/>
              </w:rPr>
              <w:t xml:space="preserve">　</w:t>
            </w:r>
            <w:r w:rsidRPr="0068466B">
              <w:rPr>
                <w:color w:val="auto"/>
                <w:sz w:val="19"/>
                <w:lang w:eastAsia="ja-JP"/>
              </w:rPr>
              <w:t xml:space="preserve">□ </w:t>
            </w:r>
            <w:r w:rsidRPr="0068466B">
              <w:rPr>
                <w:color w:val="auto"/>
                <w:sz w:val="19"/>
                <w:lang w:eastAsia="ja-JP"/>
              </w:rPr>
              <w:t>その他）：</w:t>
            </w:r>
            <w:r w:rsidRPr="0068466B">
              <w:rPr>
                <w:color w:val="auto"/>
                <w:sz w:val="19"/>
                <w:lang w:eastAsia="ja-JP"/>
              </w:rPr>
              <w:t xml:space="preserve"> </w:t>
            </w:r>
            <w:r w:rsidRPr="0068466B">
              <w:rPr>
                <w:color w:val="auto"/>
                <w:sz w:val="19"/>
                <w:lang w:eastAsia="ja-JP"/>
              </w:rPr>
              <w:br/>
            </w:r>
            <w:r w:rsidRPr="0068466B">
              <w:rPr>
                <w:color w:val="auto"/>
                <w:sz w:val="19"/>
                <w:lang w:eastAsia="ja-JP"/>
              </w:rPr>
              <w:br/>
            </w:r>
            <w:r w:rsidRPr="0068466B">
              <w:rPr>
                <w:color w:val="auto"/>
                <w:sz w:val="19"/>
                <w:lang w:eastAsia="ja-JP"/>
              </w:rPr>
              <w:t>【窓口に希望する対応】</w:t>
            </w:r>
          </w:p>
          <w:p w14:paraId="69297CB0" w14:textId="2AFF2C0B" w:rsidR="00A44E15" w:rsidRDefault="00A44E15">
            <w:pPr>
              <w:spacing w:line="288" w:lineRule="auto"/>
              <w:rPr>
                <w:color w:val="auto"/>
                <w:sz w:val="19"/>
                <w:lang w:eastAsia="ja-JP"/>
              </w:rPr>
            </w:pPr>
            <w:r>
              <w:rPr>
                <w:rFonts w:hint="eastAsia"/>
                <w:color w:val="auto"/>
                <w:sz w:val="19"/>
                <w:lang w:eastAsia="ja-JP"/>
              </w:rPr>
              <w:t>１．以下を選んでください</w:t>
            </w:r>
          </w:p>
          <w:p w14:paraId="2D56CE17" w14:textId="3A22EEA1" w:rsidR="00FA5616" w:rsidRDefault="000E0A9E">
            <w:pPr>
              <w:spacing w:line="288" w:lineRule="auto"/>
              <w:rPr>
                <w:color w:val="auto"/>
                <w:sz w:val="19"/>
                <w:lang w:eastAsia="ja-JP"/>
              </w:rPr>
            </w:pPr>
            <w:r w:rsidRPr="0068466B">
              <w:rPr>
                <w:color w:val="auto"/>
                <w:sz w:val="19"/>
                <w:lang w:eastAsia="ja-JP"/>
              </w:rPr>
              <w:t xml:space="preserve">□ </w:t>
            </w:r>
            <w:r w:rsidRPr="0068466B">
              <w:rPr>
                <w:color w:val="auto"/>
                <w:sz w:val="19"/>
                <w:lang w:eastAsia="ja-JP"/>
              </w:rPr>
              <w:t>事実関係の調査・確認を行ってほしい</w:t>
            </w:r>
            <w:r w:rsidRPr="0068466B">
              <w:rPr>
                <w:color w:val="auto"/>
                <w:sz w:val="19"/>
                <w:lang w:eastAsia="ja-JP"/>
              </w:rPr>
              <w:br/>
              <w:t xml:space="preserve">□ </w:t>
            </w:r>
            <w:r w:rsidRPr="0068466B">
              <w:rPr>
                <w:color w:val="auto"/>
                <w:sz w:val="19"/>
                <w:lang w:eastAsia="ja-JP"/>
              </w:rPr>
              <w:t>相手方への指導・注意を行ってほしい</w:t>
            </w:r>
            <w:r w:rsidRPr="0068466B">
              <w:rPr>
                <w:color w:val="auto"/>
                <w:sz w:val="19"/>
                <w:lang w:eastAsia="ja-JP"/>
              </w:rPr>
              <w:br/>
              <w:t xml:space="preserve">□ </w:t>
            </w:r>
            <w:r w:rsidRPr="0068466B">
              <w:rPr>
                <w:color w:val="auto"/>
                <w:sz w:val="19"/>
                <w:lang w:eastAsia="ja-JP"/>
              </w:rPr>
              <w:t>選考機会や担当者の変更等の配慮をしてほしい</w:t>
            </w:r>
            <w:r w:rsidRPr="0068466B">
              <w:rPr>
                <w:color w:val="auto"/>
                <w:sz w:val="19"/>
                <w:lang w:eastAsia="ja-JP"/>
              </w:rPr>
              <w:br/>
              <w:t xml:space="preserve">□ </w:t>
            </w:r>
            <w:r w:rsidRPr="0068466B">
              <w:rPr>
                <w:color w:val="auto"/>
                <w:sz w:val="19"/>
                <w:lang w:eastAsia="ja-JP"/>
              </w:rPr>
              <w:t>まずは相談・話を聞いてほしい</w:t>
            </w:r>
            <w:r w:rsidRPr="0068466B">
              <w:rPr>
                <w:color w:val="auto"/>
                <w:sz w:val="19"/>
                <w:lang w:eastAsia="ja-JP"/>
              </w:rPr>
              <w:br/>
              <w:t xml:space="preserve">□ </w:t>
            </w:r>
            <w:r w:rsidRPr="0068466B">
              <w:rPr>
                <w:color w:val="auto"/>
                <w:sz w:val="19"/>
                <w:lang w:eastAsia="ja-JP"/>
              </w:rPr>
              <w:t>その他（　　　　　　　　　　　　　　　　　　　　）</w:t>
            </w:r>
          </w:p>
          <w:p w14:paraId="67852827" w14:textId="67A565FD" w:rsidR="00A44E15" w:rsidRDefault="00A44E15">
            <w:pPr>
              <w:spacing w:line="288" w:lineRule="auto"/>
              <w:rPr>
                <w:color w:val="auto"/>
                <w:sz w:val="19"/>
                <w:lang w:eastAsia="ja-JP"/>
              </w:rPr>
            </w:pPr>
            <w:r>
              <w:rPr>
                <w:rFonts w:hint="eastAsia"/>
                <w:color w:val="auto"/>
                <w:sz w:val="19"/>
                <w:lang w:eastAsia="ja-JP"/>
              </w:rPr>
              <w:t>２．</w:t>
            </w:r>
            <w:r>
              <w:rPr>
                <w:rFonts w:hint="eastAsia"/>
                <w:color w:val="auto"/>
                <w:sz w:val="19"/>
                <w:lang w:eastAsia="ja-JP"/>
              </w:rPr>
              <w:t xml:space="preserve"> </w:t>
            </w:r>
            <w:r>
              <w:rPr>
                <w:rFonts w:hint="eastAsia"/>
                <w:color w:val="auto"/>
                <w:sz w:val="19"/>
                <w:lang w:eastAsia="ja-JP"/>
              </w:rPr>
              <w:t>外部相談窓口から日本アイソトープ協会へ</w:t>
            </w:r>
            <w:r w:rsidR="00E05A43">
              <w:rPr>
                <w:rFonts w:hint="eastAsia"/>
                <w:color w:val="auto"/>
                <w:sz w:val="19"/>
                <w:lang w:eastAsia="ja-JP"/>
              </w:rPr>
              <w:t>の</w:t>
            </w:r>
            <w:r>
              <w:rPr>
                <w:rFonts w:hint="eastAsia"/>
                <w:color w:val="auto"/>
                <w:sz w:val="19"/>
                <w:lang w:eastAsia="ja-JP"/>
              </w:rPr>
              <w:t>対応として、</w:t>
            </w:r>
          </w:p>
          <w:p w14:paraId="2370C063" w14:textId="3682271A" w:rsidR="00A44E15" w:rsidRPr="0068466B" w:rsidRDefault="00A44E15" w:rsidP="00A44E15">
            <w:pPr>
              <w:spacing w:line="288" w:lineRule="auto"/>
              <w:ind w:firstLineChars="100" w:firstLine="190"/>
              <w:rPr>
                <w:color w:val="auto"/>
                <w:lang w:eastAsia="ja-JP"/>
              </w:rPr>
            </w:pPr>
            <w:r>
              <w:rPr>
                <w:rFonts w:hint="eastAsia"/>
                <w:color w:val="auto"/>
                <w:sz w:val="19"/>
                <w:lang w:eastAsia="ja-JP"/>
              </w:rPr>
              <w:t>報告して構わない／報告しないでほしい</w:t>
            </w:r>
          </w:p>
        </w:tc>
      </w:tr>
    </w:tbl>
    <w:p w14:paraId="5F4D5C98" w14:textId="77777777" w:rsidR="00FA5616" w:rsidRPr="0068466B" w:rsidRDefault="000E0A9E">
      <w:pPr>
        <w:rPr>
          <w:color w:val="auto"/>
          <w:lang w:eastAsia="ja-JP"/>
        </w:rPr>
      </w:pPr>
      <w:r w:rsidRPr="0068466B">
        <w:rPr>
          <w:color w:val="auto"/>
          <w:lang w:eastAsia="ja-JP"/>
        </w:rPr>
        <w:br w:type="page"/>
      </w:r>
    </w:p>
    <w:tbl>
      <w:tblPr>
        <w:tblW w:w="0" w:type="auto"/>
        <w:jc w:val="center"/>
        <w:tblLayout w:type="fixed"/>
        <w:tblLook w:val="04A0" w:firstRow="1" w:lastRow="0" w:firstColumn="1" w:lastColumn="0" w:noHBand="0" w:noVBand="1"/>
      </w:tblPr>
      <w:tblGrid>
        <w:gridCol w:w="9360"/>
      </w:tblGrid>
      <w:tr w:rsidR="00FA5616" w:rsidRPr="0068466B" w14:paraId="0B93A352" w14:textId="77777777">
        <w:trPr>
          <w:jc w:val="center"/>
        </w:trPr>
        <w:tc>
          <w:tcPr>
            <w:tcW w:w="9360" w:type="dxa"/>
            <w:shd w:val="clear" w:color="auto" w:fill="EBF1F5"/>
            <w:tcMar>
              <w:top w:w="120" w:type="dxa"/>
              <w:left w:w="150" w:type="dxa"/>
              <w:bottom w:w="120" w:type="dxa"/>
              <w:right w:w="150" w:type="dxa"/>
            </w:tcMar>
          </w:tcPr>
          <w:p w14:paraId="235EEE39" w14:textId="77777777" w:rsidR="00FA5616" w:rsidRPr="0068466B" w:rsidRDefault="000E0A9E">
            <w:pPr>
              <w:spacing w:after="80"/>
              <w:rPr>
                <w:color w:val="auto"/>
                <w:lang w:eastAsia="ja-JP"/>
              </w:rPr>
            </w:pPr>
            <w:r w:rsidRPr="0068466B">
              <w:rPr>
                <w:b/>
                <w:color w:val="auto"/>
                <w:sz w:val="20"/>
                <w:lang w:eastAsia="ja-JP"/>
              </w:rPr>
              <w:lastRenderedPageBreak/>
              <w:t>【相談窓口のご案内・送付先】</w:t>
            </w:r>
          </w:p>
          <w:p w14:paraId="5FB0BD8A" w14:textId="15CA819C" w:rsidR="00283192" w:rsidRPr="00283192" w:rsidRDefault="000E0A9E" w:rsidP="00283192">
            <w:pPr>
              <w:spacing w:after="0" w:line="288" w:lineRule="auto"/>
              <w:rPr>
                <w:color w:val="auto"/>
                <w:sz w:val="18"/>
                <w:lang w:eastAsia="ja-JP"/>
              </w:rPr>
            </w:pPr>
            <w:r w:rsidRPr="0068466B">
              <w:rPr>
                <w:color w:val="auto"/>
                <w:sz w:val="18"/>
                <w:lang w:eastAsia="ja-JP"/>
              </w:rPr>
              <w:t>本シートにご記入の上、下記窓口までメールにてご連絡ください。</w:t>
            </w:r>
            <w:r w:rsidR="00955E71">
              <w:rPr>
                <w:rFonts w:hint="eastAsia"/>
                <w:color w:val="auto"/>
                <w:sz w:val="18"/>
                <w:lang w:eastAsia="ja-JP"/>
              </w:rPr>
              <w:t>当</w:t>
            </w:r>
            <w:r w:rsidR="0029620D" w:rsidRPr="0029620D">
              <w:rPr>
                <w:color w:val="auto"/>
                <w:sz w:val="18"/>
                <w:lang w:eastAsia="ja-JP"/>
              </w:rPr>
              <w:t>協会では皆さまがご相談しやすいように外部窓口も設けていますので、ご希望の窓口をご利用下さい</w:t>
            </w:r>
            <w:r w:rsidR="0029620D">
              <w:rPr>
                <w:rFonts w:hint="eastAsia"/>
                <w:color w:val="auto"/>
                <w:sz w:val="18"/>
                <w:lang w:eastAsia="ja-JP"/>
              </w:rPr>
              <w:t>。</w:t>
            </w:r>
            <w:r w:rsidRPr="0068466B">
              <w:rPr>
                <w:color w:val="auto"/>
                <w:sz w:val="18"/>
                <w:lang w:eastAsia="ja-JP"/>
              </w:rPr>
              <w:br/>
            </w:r>
            <w:r w:rsidRPr="0068466B">
              <w:rPr>
                <w:color w:val="auto"/>
                <w:sz w:val="18"/>
                <w:lang w:eastAsia="ja-JP"/>
              </w:rPr>
              <w:t>・ハラスメント相談窓口</w:t>
            </w:r>
            <w:r w:rsidRPr="0068466B">
              <w:rPr>
                <w:color w:val="auto"/>
                <w:sz w:val="18"/>
                <w:lang w:eastAsia="ja-JP"/>
              </w:rPr>
              <w:br/>
            </w:r>
            <w:r w:rsidR="00283192">
              <w:rPr>
                <w:rFonts w:hint="eastAsia"/>
                <w:color w:val="auto"/>
                <w:sz w:val="18"/>
                <w:lang w:eastAsia="ja-JP"/>
              </w:rPr>
              <w:t xml:space="preserve">　</w:t>
            </w:r>
            <w:r w:rsidR="00283192" w:rsidRPr="00283192">
              <w:rPr>
                <w:rFonts w:hint="eastAsia"/>
                <w:color w:val="auto"/>
                <w:sz w:val="18"/>
                <w:lang w:eastAsia="ja-JP"/>
              </w:rPr>
              <w:t>＜内部相談窓口＞</w:t>
            </w:r>
          </w:p>
          <w:p w14:paraId="1A643F49" w14:textId="212F2D31" w:rsidR="00283192" w:rsidRPr="00283192" w:rsidRDefault="00283192" w:rsidP="00283192">
            <w:pPr>
              <w:spacing w:after="0" w:line="288" w:lineRule="auto"/>
              <w:ind w:firstLineChars="200" w:firstLine="360"/>
              <w:rPr>
                <w:color w:val="auto"/>
                <w:sz w:val="18"/>
                <w:lang w:eastAsia="ja-JP"/>
              </w:rPr>
            </w:pPr>
            <w:r w:rsidRPr="00283192">
              <w:rPr>
                <w:rFonts w:hint="eastAsia"/>
                <w:color w:val="auto"/>
                <w:sz w:val="18"/>
                <w:lang w:eastAsia="ja-JP"/>
              </w:rPr>
              <w:t>総務課（採用担当ではない女性職員）：</w:t>
            </w:r>
            <w:r w:rsidRPr="00283192">
              <w:rPr>
                <w:color w:val="auto"/>
                <w:sz w:val="18"/>
                <w:lang w:eastAsia="ja-JP"/>
              </w:rPr>
              <w:t>harassment-soudan1</w:t>
            </w:r>
            <w:r>
              <w:rPr>
                <w:rFonts w:hint="eastAsia"/>
                <w:color w:val="auto"/>
                <w:sz w:val="18"/>
                <w:lang w:eastAsia="ja-JP"/>
              </w:rPr>
              <w:t>@</w:t>
            </w:r>
            <w:r w:rsidRPr="00283192">
              <w:rPr>
                <w:color w:val="auto"/>
                <w:sz w:val="18"/>
                <w:lang w:eastAsia="ja-JP"/>
              </w:rPr>
              <w:t>jrias.or.jp</w:t>
            </w:r>
          </w:p>
          <w:p w14:paraId="12DC996E" w14:textId="717B8221" w:rsidR="00283192" w:rsidRPr="00283192" w:rsidRDefault="00283192" w:rsidP="00283192">
            <w:pPr>
              <w:spacing w:after="0" w:line="288" w:lineRule="auto"/>
              <w:ind w:firstLineChars="200" w:firstLine="360"/>
              <w:rPr>
                <w:color w:val="auto"/>
                <w:sz w:val="18"/>
                <w:lang w:eastAsia="ja-JP"/>
              </w:rPr>
            </w:pPr>
            <w:r w:rsidRPr="00283192">
              <w:rPr>
                <w:rFonts w:hint="eastAsia"/>
                <w:color w:val="auto"/>
                <w:sz w:val="18"/>
                <w:lang w:eastAsia="ja-JP"/>
              </w:rPr>
              <w:t>総務課（採用担当ではない男性職員）：</w:t>
            </w:r>
            <w:r w:rsidRPr="00283192">
              <w:rPr>
                <w:color w:val="auto"/>
                <w:sz w:val="18"/>
                <w:lang w:eastAsia="ja-JP"/>
              </w:rPr>
              <w:t>harassment-soudan2</w:t>
            </w:r>
            <w:r>
              <w:rPr>
                <w:rFonts w:hint="eastAsia"/>
                <w:color w:val="auto"/>
                <w:sz w:val="18"/>
                <w:lang w:eastAsia="ja-JP"/>
              </w:rPr>
              <w:t>@</w:t>
            </w:r>
            <w:r w:rsidRPr="00283192">
              <w:rPr>
                <w:color w:val="auto"/>
                <w:sz w:val="18"/>
                <w:lang w:eastAsia="ja-JP"/>
              </w:rPr>
              <w:t>jrias.or.jp</w:t>
            </w:r>
          </w:p>
          <w:p w14:paraId="33F6D67F" w14:textId="77777777" w:rsidR="00283192" w:rsidRPr="00283192" w:rsidRDefault="00283192" w:rsidP="00283192">
            <w:pPr>
              <w:spacing w:after="0" w:line="288" w:lineRule="auto"/>
              <w:ind w:firstLineChars="100" w:firstLine="180"/>
              <w:rPr>
                <w:color w:val="auto"/>
                <w:sz w:val="18"/>
                <w:lang w:eastAsia="ja-JP"/>
              </w:rPr>
            </w:pPr>
            <w:r w:rsidRPr="00283192">
              <w:rPr>
                <w:rFonts w:hint="eastAsia"/>
                <w:color w:val="auto"/>
                <w:sz w:val="18"/>
                <w:lang w:eastAsia="ja-JP"/>
              </w:rPr>
              <w:t>＜外部相談窓口＞</w:t>
            </w:r>
          </w:p>
          <w:p w14:paraId="0BE5D7C7" w14:textId="6C93CB62" w:rsidR="00FA5616" w:rsidRPr="0068466B" w:rsidRDefault="00283192" w:rsidP="00283192">
            <w:pPr>
              <w:spacing w:after="0" w:line="288" w:lineRule="auto"/>
              <w:ind w:firstLineChars="200" w:firstLine="360"/>
              <w:rPr>
                <w:color w:val="auto"/>
                <w:lang w:eastAsia="ja-JP"/>
              </w:rPr>
            </w:pPr>
            <w:r w:rsidRPr="00283192">
              <w:rPr>
                <w:rFonts w:hint="eastAsia"/>
                <w:color w:val="auto"/>
                <w:sz w:val="18"/>
                <w:lang w:eastAsia="ja-JP"/>
              </w:rPr>
              <w:t xml:space="preserve">顧問社労士　上野英樹（社労士事務所　</w:t>
            </w:r>
            <w:r w:rsidRPr="00283192">
              <w:rPr>
                <w:color w:val="auto"/>
                <w:sz w:val="18"/>
                <w:lang w:eastAsia="ja-JP"/>
              </w:rPr>
              <w:t>Border Office</w:t>
            </w:r>
            <w:r w:rsidRPr="00283192">
              <w:rPr>
                <w:color w:val="auto"/>
                <w:sz w:val="18"/>
                <w:lang w:eastAsia="ja-JP"/>
              </w:rPr>
              <w:t>）：</w:t>
            </w:r>
            <w:r w:rsidRPr="00283192">
              <w:rPr>
                <w:color w:val="auto"/>
                <w:sz w:val="18"/>
                <w:lang w:eastAsia="ja-JP"/>
              </w:rPr>
              <w:t>p0065557</w:t>
            </w:r>
            <w:r>
              <w:rPr>
                <w:rFonts w:hint="eastAsia"/>
                <w:color w:val="auto"/>
                <w:sz w:val="18"/>
                <w:lang w:eastAsia="ja-JP"/>
              </w:rPr>
              <w:t>@</w:t>
            </w:r>
            <w:r w:rsidRPr="00283192">
              <w:rPr>
                <w:color w:val="auto"/>
                <w:sz w:val="18"/>
                <w:lang w:eastAsia="ja-JP"/>
              </w:rPr>
              <w:t>yahoo.co.jp</w:t>
            </w:r>
            <w:r w:rsidRPr="0068466B">
              <w:rPr>
                <w:color w:val="auto"/>
                <w:sz w:val="18"/>
                <w:lang w:eastAsia="ja-JP"/>
              </w:rPr>
              <w:br/>
              <w:t>※</w:t>
            </w:r>
            <w:r w:rsidRPr="0068466B">
              <w:rPr>
                <w:color w:val="auto"/>
                <w:sz w:val="18"/>
                <w:lang w:eastAsia="ja-JP"/>
              </w:rPr>
              <w:t>メールでお送りいただく際は、件名を「ハラスメント相談</w:t>
            </w:r>
            <w:r w:rsidR="003368FE">
              <w:rPr>
                <w:rFonts w:hint="eastAsia"/>
                <w:color w:val="auto"/>
                <w:sz w:val="18"/>
                <w:lang w:eastAsia="ja-JP"/>
              </w:rPr>
              <w:t>について</w:t>
            </w:r>
            <w:r w:rsidRPr="0068466B">
              <w:rPr>
                <w:color w:val="auto"/>
                <w:sz w:val="18"/>
                <w:lang w:eastAsia="ja-JP"/>
              </w:rPr>
              <w:t>」としてお送りください。</w:t>
            </w:r>
          </w:p>
        </w:tc>
      </w:tr>
    </w:tbl>
    <w:p w14:paraId="39ED32D8" w14:textId="77777777" w:rsidR="0030657A" w:rsidRPr="0068466B" w:rsidRDefault="0030657A">
      <w:pPr>
        <w:rPr>
          <w:color w:val="auto"/>
          <w:lang w:eastAsia="ja-JP"/>
        </w:rPr>
      </w:pPr>
    </w:p>
    <w:sectPr w:rsidR="0030657A" w:rsidRPr="0068466B"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14913" w14:textId="77777777" w:rsidR="00BA1F33" w:rsidRDefault="00BA1F33">
      <w:pPr>
        <w:spacing w:after="0" w:line="240" w:lineRule="auto"/>
      </w:pPr>
      <w:r>
        <w:separator/>
      </w:r>
    </w:p>
  </w:endnote>
  <w:endnote w:type="continuationSeparator" w:id="0">
    <w:p w14:paraId="1CA5AA2B" w14:textId="77777777" w:rsidR="00BA1F33" w:rsidRDefault="00BA1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CF5E7" w14:textId="77777777" w:rsidR="00FA5616" w:rsidRDefault="000E0A9E">
    <w:pPr>
      <w:pStyle w:val="a7"/>
      <w:jc w:val="center"/>
    </w:pPr>
    <w:r>
      <w:rPr>
        <w:color w:val="787878"/>
        <w:sz w:val="18"/>
      </w:rPr>
      <w:t xml:space="preserve">Page </w:t>
    </w:r>
    <w:r>
      <w:fldChar w:fldCharType="begin"/>
    </w:r>
    <w:r>
      <w:instrText>PAGE</w:instrText>
    </w:r>
    <w:r>
      <w:fldChar w:fldCharType="separate"/>
    </w:r>
    <w:r w:rsidR="00D2226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C1092" w14:textId="77777777" w:rsidR="00BA1F33" w:rsidRDefault="00BA1F33">
      <w:pPr>
        <w:spacing w:after="0" w:line="240" w:lineRule="auto"/>
      </w:pPr>
      <w:r>
        <w:separator/>
      </w:r>
    </w:p>
  </w:footnote>
  <w:footnote w:type="continuationSeparator" w:id="0">
    <w:p w14:paraId="040ECA74" w14:textId="77777777" w:rsidR="00BA1F33" w:rsidRDefault="00BA1F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AAB9D" w14:textId="77777777" w:rsidR="00FA5616" w:rsidRDefault="000E0A9E">
    <w:pPr>
      <w:pStyle w:val="a5"/>
      <w:jc w:val="right"/>
      <w:rPr>
        <w:lang w:eastAsia="ja-JP"/>
      </w:rPr>
    </w:pPr>
    <w:r>
      <w:rPr>
        <w:color w:val="787878"/>
        <w:sz w:val="17"/>
        <w:lang w:eastAsia="ja-JP"/>
      </w:rPr>
      <w:t>【求職者様窓口用】ハラスメント相談・申告シート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51385895">
    <w:abstractNumId w:val="8"/>
  </w:num>
  <w:num w:numId="2" w16cid:durableId="488327270">
    <w:abstractNumId w:val="6"/>
  </w:num>
  <w:num w:numId="3" w16cid:durableId="1611279700">
    <w:abstractNumId w:val="5"/>
  </w:num>
  <w:num w:numId="4" w16cid:durableId="1683162074">
    <w:abstractNumId w:val="4"/>
  </w:num>
  <w:num w:numId="5" w16cid:durableId="1167474342">
    <w:abstractNumId w:val="7"/>
  </w:num>
  <w:num w:numId="6" w16cid:durableId="1471946690">
    <w:abstractNumId w:val="3"/>
  </w:num>
  <w:num w:numId="7" w16cid:durableId="1495337828">
    <w:abstractNumId w:val="2"/>
  </w:num>
  <w:num w:numId="8" w16cid:durableId="1844513275">
    <w:abstractNumId w:val="1"/>
  </w:num>
  <w:num w:numId="9" w16cid:durableId="716853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0C76"/>
    <w:rsid w:val="000E0A9E"/>
    <w:rsid w:val="0015074B"/>
    <w:rsid w:val="00225425"/>
    <w:rsid w:val="00283192"/>
    <w:rsid w:val="0029620D"/>
    <w:rsid w:val="0029639D"/>
    <w:rsid w:val="0030657A"/>
    <w:rsid w:val="00316A6C"/>
    <w:rsid w:val="00326F90"/>
    <w:rsid w:val="003368FE"/>
    <w:rsid w:val="003754BD"/>
    <w:rsid w:val="006762FB"/>
    <w:rsid w:val="0068466B"/>
    <w:rsid w:val="006A7664"/>
    <w:rsid w:val="006B3408"/>
    <w:rsid w:val="006E6010"/>
    <w:rsid w:val="00733AF7"/>
    <w:rsid w:val="00733F15"/>
    <w:rsid w:val="008C57E0"/>
    <w:rsid w:val="008D7B7D"/>
    <w:rsid w:val="00955E71"/>
    <w:rsid w:val="00A10249"/>
    <w:rsid w:val="00A44E15"/>
    <w:rsid w:val="00AA1D8D"/>
    <w:rsid w:val="00B47730"/>
    <w:rsid w:val="00B56609"/>
    <w:rsid w:val="00BA1F33"/>
    <w:rsid w:val="00BB4914"/>
    <w:rsid w:val="00CB0664"/>
    <w:rsid w:val="00CB6963"/>
    <w:rsid w:val="00CD316F"/>
    <w:rsid w:val="00D22267"/>
    <w:rsid w:val="00D47D21"/>
    <w:rsid w:val="00DF4E51"/>
    <w:rsid w:val="00E05A43"/>
    <w:rsid w:val="00EF11D4"/>
    <w:rsid w:val="00FA561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AD91982"/>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Yu Gothic" w:hAnsi="Yu Gothic"/>
      <w:color w:val="333333"/>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
    <w:name w:val="Revision"/>
    <w:hidden/>
    <w:uiPriority w:val="99"/>
    <w:semiHidden/>
    <w:rsid w:val="00A10249"/>
    <w:pPr>
      <w:spacing w:after="0" w:line="240" w:lineRule="auto"/>
    </w:pPr>
    <w:rPr>
      <w:rFonts w:ascii="Yu Gothic" w:hAnsi="Yu Gothic"/>
      <w:color w:val="333333"/>
      <w:sz w:val="21"/>
    </w:rPr>
  </w:style>
  <w:style w:type="character" w:styleId="aff0">
    <w:name w:val="annotation reference"/>
    <w:basedOn w:val="a2"/>
    <w:uiPriority w:val="99"/>
    <w:semiHidden/>
    <w:unhideWhenUsed/>
    <w:rsid w:val="00A10249"/>
    <w:rPr>
      <w:sz w:val="18"/>
      <w:szCs w:val="18"/>
    </w:rPr>
  </w:style>
  <w:style w:type="paragraph" w:styleId="aff1">
    <w:name w:val="annotation text"/>
    <w:basedOn w:val="a1"/>
    <w:link w:val="aff2"/>
    <w:uiPriority w:val="99"/>
    <w:unhideWhenUsed/>
    <w:rsid w:val="00A10249"/>
  </w:style>
  <w:style w:type="character" w:customStyle="1" w:styleId="aff2">
    <w:name w:val="コメント文字列 (文字)"/>
    <w:basedOn w:val="a2"/>
    <w:link w:val="aff1"/>
    <w:uiPriority w:val="99"/>
    <w:rsid w:val="00A10249"/>
    <w:rPr>
      <w:rFonts w:ascii="Yu Gothic" w:hAnsi="Yu Gothic"/>
      <w:color w:val="333333"/>
      <w:sz w:val="21"/>
    </w:rPr>
  </w:style>
  <w:style w:type="paragraph" w:styleId="aff3">
    <w:name w:val="annotation subject"/>
    <w:basedOn w:val="aff1"/>
    <w:next w:val="aff1"/>
    <w:link w:val="aff4"/>
    <w:uiPriority w:val="99"/>
    <w:semiHidden/>
    <w:unhideWhenUsed/>
    <w:rsid w:val="00A10249"/>
    <w:rPr>
      <w:b/>
      <w:bCs/>
    </w:rPr>
  </w:style>
  <w:style w:type="character" w:customStyle="1" w:styleId="aff4">
    <w:name w:val="コメント内容 (文字)"/>
    <w:basedOn w:val="aff2"/>
    <w:link w:val="aff3"/>
    <w:uiPriority w:val="99"/>
    <w:semiHidden/>
    <w:rsid w:val="00A10249"/>
    <w:rPr>
      <w:rFonts w:ascii="Yu Gothic" w:hAnsi="Yu Gothic"/>
      <w:b/>
      <w:bCs/>
      <w:color w:val="333333"/>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252</Words>
  <Characters>1437</Characters>
  <Application>Microsoft Office Word</Application>
  <DocSecurity>0</DocSecurity>
  <Lines>11</Lines>
  <Paragraphs>3</Paragraphs>
  <ScaleCrop>false</ScaleCrop>
  <Manager/>
  <Company/>
  <LinksUpToDate>false</LinksUpToDate>
  <CharactersWithSpaces>1686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2026-10-16T05:34:00Z</dcterms:created>
  <dcterms:modified xsi:type="dcterms:W3CDTF">2026-10-16T05:34:00Z</dcterms:modified>
  <cp:category/>
</cp:coreProperties>
</file>